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Deltagarlista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Nr</w:t>
            </w:r>
          </w:p>
        </w:tc>
        <w:tc>
          <w:tcPr>
            <w:tcW w:type="dxa" w:w="4320"/>
          </w:tcPr>
          <w:p>
            <w:r>
              <w:t>Namn</w:t>
            </w:r>
          </w:p>
        </w:tc>
      </w:tr>
      <w:tr>
        <w:tc>
          <w:tcPr>
            <w:tcW w:type="dxa" w:w="4320"/>
          </w:tcPr>
          <w:p>
            <w:r>
              <w:t>1</w:t>
            </w:r>
          </w:p>
        </w:tc>
        <w:tc>
          <w:tcPr>
            <w:tcW w:type="dxa" w:w="4320"/>
          </w:tcPr>
          <w:p>
            <w:r>
              <w:t>Simon Kilén</w:t>
            </w:r>
          </w:p>
        </w:tc>
      </w:tr>
      <w:tr>
        <w:tc>
          <w:tcPr>
            <w:tcW w:type="dxa" w:w="4320"/>
          </w:tcPr>
          <w:p>
            <w:r>
              <w:t>2</w:t>
            </w:r>
          </w:p>
        </w:tc>
        <w:tc>
          <w:tcPr>
            <w:tcW w:type="dxa" w:w="4320"/>
          </w:tcPr>
          <w:p>
            <w:r>
              <w:t>Jonas Wing</w:t>
            </w:r>
          </w:p>
        </w:tc>
      </w:tr>
      <w:tr>
        <w:tc>
          <w:tcPr>
            <w:tcW w:type="dxa" w:w="4320"/>
          </w:tcPr>
          <w:p>
            <w:r>
              <w:t>3</w:t>
            </w:r>
          </w:p>
        </w:tc>
        <w:tc>
          <w:tcPr>
            <w:tcW w:type="dxa" w:w="4320"/>
          </w:tcPr>
          <w:p>
            <w:r>
              <w:t>Wilmer Persson</w:t>
            </w:r>
          </w:p>
        </w:tc>
      </w:tr>
      <w:tr>
        <w:tc>
          <w:tcPr>
            <w:tcW w:type="dxa" w:w="4320"/>
          </w:tcPr>
          <w:p>
            <w:r>
              <w:t>4</w:t>
            </w:r>
          </w:p>
        </w:tc>
        <w:tc>
          <w:tcPr>
            <w:tcW w:type="dxa" w:w="4320"/>
          </w:tcPr>
          <w:p>
            <w:r>
              <w:t>Marcus Wing</w:t>
            </w:r>
          </w:p>
        </w:tc>
      </w:tr>
      <w:tr>
        <w:tc>
          <w:tcPr>
            <w:tcW w:type="dxa" w:w="4320"/>
          </w:tcPr>
          <w:p>
            <w:r>
              <w:t>5</w:t>
            </w:r>
          </w:p>
        </w:tc>
        <w:tc>
          <w:tcPr>
            <w:tcW w:type="dxa" w:w="4320"/>
          </w:tcPr>
          <w:p>
            <w:r>
              <w:t>Klas Fritzon</w:t>
            </w:r>
          </w:p>
        </w:tc>
      </w:tr>
      <w:tr>
        <w:tc>
          <w:tcPr>
            <w:tcW w:type="dxa" w:w="4320"/>
          </w:tcPr>
          <w:p>
            <w:r>
              <w:t>6</w:t>
            </w:r>
          </w:p>
        </w:tc>
        <w:tc>
          <w:tcPr>
            <w:tcW w:type="dxa" w:w="4320"/>
          </w:tcPr>
          <w:p>
            <w:r>
              <w:t>Jan Evertsson</w:t>
            </w:r>
          </w:p>
        </w:tc>
      </w:tr>
      <w:tr>
        <w:tc>
          <w:tcPr>
            <w:tcW w:type="dxa" w:w="4320"/>
          </w:tcPr>
          <w:p>
            <w:r>
              <w:t>7</w:t>
            </w:r>
          </w:p>
        </w:tc>
        <w:tc>
          <w:tcPr>
            <w:tcW w:type="dxa" w:w="4320"/>
          </w:tcPr>
          <w:p>
            <w:r>
              <w:t>Joakim Carlsson</w:t>
            </w:r>
          </w:p>
        </w:tc>
      </w:tr>
      <w:tr>
        <w:tc>
          <w:tcPr>
            <w:tcW w:type="dxa" w:w="4320"/>
          </w:tcPr>
          <w:p>
            <w:r>
              <w:t>8</w:t>
            </w:r>
          </w:p>
        </w:tc>
        <w:tc>
          <w:tcPr>
            <w:tcW w:type="dxa" w:w="4320"/>
          </w:tcPr>
          <w:p>
            <w:r>
              <w:t>Sebastian Johansson</w:t>
            </w:r>
          </w:p>
        </w:tc>
      </w:tr>
      <w:tr>
        <w:tc>
          <w:tcPr>
            <w:tcW w:type="dxa" w:w="4320"/>
          </w:tcPr>
          <w:p>
            <w:r>
              <w:t>9</w:t>
            </w:r>
          </w:p>
        </w:tc>
        <w:tc>
          <w:tcPr>
            <w:tcW w:type="dxa" w:w="4320"/>
          </w:tcPr>
          <w:p>
            <w:r>
              <w:t>Magnus Skott</w:t>
            </w:r>
          </w:p>
        </w:tc>
      </w:tr>
      <w:tr>
        <w:tc>
          <w:tcPr>
            <w:tcW w:type="dxa" w:w="4320"/>
          </w:tcPr>
          <w:p>
            <w:r>
              <w:t>10</w:t>
            </w:r>
          </w:p>
        </w:tc>
        <w:tc>
          <w:tcPr>
            <w:tcW w:type="dxa" w:w="4320"/>
          </w:tcPr>
          <w:p>
            <w:r>
              <w:t>Ulf Carling</w:t>
            </w:r>
          </w:p>
        </w:tc>
      </w:tr>
      <w:tr>
        <w:tc>
          <w:tcPr>
            <w:tcW w:type="dxa" w:w="4320"/>
          </w:tcPr>
          <w:p>
            <w:r>
              <w:t>11</w:t>
            </w:r>
          </w:p>
        </w:tc>
        <w:tc>
          <w:tcPr>
            <w:tcW w:type="dxa" w:w="4320"/>
          </w:tcPr>
          <w:p>
            <w:r>
              <w:t>Martin Eriksson</w:t>
            </w:r>
          </w:p>
        </w:tc>
      </w:tr>
      <w:tr>
        <w:tc>
          <w:tcPr>
            <w:tcW w:type="dxa" w:w="4320"/>
          </w:tcPr>
          <w:p>
            <w:r>
              <w:t>12</w:t>
            </w:r>
          </w:p>
        </w:tc>
        <w:tc>
          <w:tcPr>
            <w:tcW w:type="dxa" w:w="4320"/>
          </w:tcPr>
          <w:p>
            <w:r>
              <w:t>Adam Olausson</w:t>
            </w:r>
          </w:p>
        </w:tc>
      </w:tr>
      <w:tr>
        <w:tc>
          <w:tcPr>
            <w:tcW w:type="dxa" w:w="4320"/>
          </w:tcPr>
          <w:p>
            <w:r>
              <w:t>13</w:t>
            </w:r>
          </w:p>
        </w:tc>
        <w:tc>
          <w:tcPr>
            <w:tcW w:type="dxa" w:w="4320"/>
          </w:tcPr>
          <w:p>
            <w:r>
              <w:t>Anders Persson</w:t>
            </w:r>
          </w:p>
        </w:tc>
      </w:tr>
      <w:tr>
        <w:tc>
          <w:tcPr>
            <w:tcW w:type="dxa" w:w="4320"/>
          </w:tcPr>
          <w:p>
            <w:r>
              <w:t>14</w:t>
            </w:r>
          </w:p>
        </w:tc>
        <w:tc>
          <w:tcPr>
            <w:tcW w:type="dxa" w:w="4320"/>
          </w:tcPr>
          <w:p>
            <w:r>
              <w:t>Mattias Persson</w:t>
            </w:r>
          </w:p>
        </w:tc>
      </w:tr>
      <w:tr>
        <w:tc>
          <w:tcPr>
            <w:tcW w:type="dxa" w:w="4320"/>
          </w:tcPr>
          <w:p>
            <w:r>
              <w:t>15</w:t>
            </w:r>
          </w:p>
        </w:tc>
        <w:tc>
          <w:tcPr>
            <w:tcW w:type="dxa" w:w="4320"/>
          </w:tcPr>
          <w:p>
            <w:r>
              <w:t>Fredrik Eriksson</w:t>
            </w:r>
          </w:p>
        </w:tc>
      </w:tr>
      <w:tr>
        <w:tc>
          <w:tcPr>
            <w:tcW w:type="dxa" w:w="4320"/>
          </w:tcPr>
          <w:p>
            <w:r>
              <w:t>16</w:t>
            </w:r>
          </w:p>
        </w:tc>
        <w:tc>
          <w:tcPr>
            <w:tcW w:type="dxa" w:w="4320"/>
          </w:tcPr>
          <w:p>
            <w:r>
              <w:t>Albin Kilén</w:t>
            </w:r>
          </w:p>
        </w:tc>
      </w:tr>
      <w:tr>
        <w:tc>
          <w:tcPr>
            <w:tcW w:type="dxa" w:w="4320"/>
          </w:tcPr>
          <w:p>
            <w:r>
              <w:t>17</w:t>
            </w:r>
          </w:p>
        </w:tc>
        <w:tc>
          <w:tcPr>
            <w:tcW w:type="dxa" w:w="4320"/>
          </w:tcPr>
          <w:p>
            <w:r>
              <w:t>Melvin Wing</w:t>
            </w:r>
          </w:p>
        </w:tc>
      </w:tr>
      <w:tr>
        <w:tc>
          <w:tcPr>
            <w:tcW w:type="dxa" w:w="4320"/>
          </w:tcPr>
          <w:p>
            <w:r>
              <w:t>18</w:t>
            </w:r>
          </w:p>
        </w:tc>
        <w:tc>
          <w:tcPr>
            <w:tcW w:type="dxa" w:w="4320"/>
          </w:tcPr>
          <w:p>
            <w:r>
              <w:t>Elias Lundblad</w:t>
            </w:r>
          </w:p>
        </w:tc>
      </w:tr>
      <w:tr>
        <w:tc>
          <w:tcPr>
            <w:tcW w:type="dxa" w:w="4320"/>
          </w:tcPr>
          <w:p>
            <w:r>
              <w:t>19</w:t>
            </w:r>
          </w:p>
        </w:tc>
        <w:tc>
          <w:tcPr>
            <w:tcW w:type="dxa" w:w="4320"/>
          </w:tcPr>
          <w:p>
            <w:r>
              <w:t>Johan Kilén</w:t>
            </w:r>
          </w:p>
        </w:tc>
      </w:tr>
      <w:tr>
        <w:tc>
          <w:tcPr>
            <w:tcW w:type="dxa" w:w="4320"/>
          </w:tcPr>
          <w:p>
            <w:r>
              <w:t>20</w:t>
            </w:r>
          </w:p>
        </w:tc>
        <w:tc>
          <w:tcPr>
            <w:tcW w:type="dxa" w:w="4320"/>
          </w:tcPr>
          <w:p>
            <w:r>
              <w:t>Tina Ingdahl-Carlsson</w:t>
            </w:r>
          </w:p>
        </w:tc>
      </w:tr>
      <w:tr>
        <w:tc>
          <w:tcPr>
            <w:tcW w:type="dxa" w:w="4320"/>
          </w:tcPr>
          <w:p>
            <w:r>
              <w:t>21</w:t>
            </w:r>
          </w:p>
        </w:tc>
        <w:tc>
          <w:tcPr>
            <w:tcW w:type="dxa" w:w="4320"/>
          </w:tcPr>
          <w:p>
            <w:r>
              <w:t>Emanuel Damberg</w:t>
            </w:r>
          </w:p>
        </w:tc>
      </w:tr>
      <w:tr>
        <w:tc>
          <w:tcPr>
            <w:tcW w:type="dxa" w:w="4320"/>
          </w:tcPr>
          <w:p>
            <w:r>
              <w:t>22</w:t>
            </w:r>
          </w:p>
        </w:tc>
        <w:tc>
          <w:tcPr>
            <w:tcW w:type="dxa" w:w="4320"/>
          </w:tcPr>
          <w:p>
            <w:r>
              <w:t>Frans Jonesund</w:t>
            </w:r>
          </w:p>
        </w:tc>
      </w:tr>
      <w:tr>
        <w:tc>
          <w:tcPr>
            <w:tcW w:type="dxa" w:w="4320"/>
          </w:tcPr>
          <w:p>
            <w:r>
              <w:t>23</w:t>
            </w:r>
          </w:p>
        </w:tc>
        <w:tc>
          <w:tcPr>
            <w:tcW w:type="dxa" w:w="4320"/>
          </w:tcPr>
          <w:p>
            <w:r>
              <w:t>Mikael Kilén</w:t>
            </w:r>
          </w:p>
        </w:tc>
      </w:tr>
      <w:tr>
        <w:tc>
          <w:tcPr>
            <w:tcW w:type="dxa" w:w="4320"/>
          </w:tcPr>
          <w:p>
            <w:r>
              <w:t>24</w:t>
            </w:r>
          </w:p>
        </w:tc>
        <w:tc>
          <w:tcPr>
            <w:tcW w:type="dxa" w:w="4320"/>
          </w:tcPr>
          <w:p>
            <w:r>
              <w:t>Inge Arvidsson</w:t>
            </w:r>
          </w:p>
        </w:tc>
      </w:tr>
      <w:tr>
        <w:tc>
          <w:tcPr>
            <w:tcW w:type="dxa" w:w="4320"/>
          </w:tcPr>
          <w:p>
            <w:r>
              <w:t>25</w:t>
            </w:r>
          </w:p>
        </w:tc>
        <w:tc>
          <w:tcPr>
            <w:tcW w:type="dxa" w:w="4320"/>
          </w:tcPr>
          <w:p>
            <w:r>
              <w:t>Eskil Jonesund</w:t>
            </w:r>
          </w:p>
        </w:tc>
      </w:tr>
      <w:tr>
        <w:tc>
          <w:tcPr>
            <w:tcW w:type="dxa" w:w="4320"/>
          </w:tcPr>
          <w:p>
            <w:r>
              <w:t>26</w:t>
            </w:r>
          </w:p>
        </w:tc>
        <w:tc>
          <w:tcPr>
            <w:tcW w:type="dxa" w:w="4320"/>
          </w:tcPr>
          <w:p>
            <w:r>
              <w:t>Erik Jönesund</w:t>
            </w:r>
          </w:p>
        </w:tc>
      </w:tr>
      <w:tr>
        <w:tc>
          <w:tcPr>
            <w:tcW w:type="dxa" w:w="4320"/>
          </w:tcPr>
          <w:p>
            <w:r>
              <w:t>27</w:t>
            </w:r>
          </w:p>
        </w:tc>
        <w:tc>
          <w:tcPr>
            <w:tcW w:type="dxa" w:w="4320"/>
          </w:tcPr>
          <w:p>
            <w:r>
              <w:t>Rasmus Kilén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